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34" w:rsidRPr="00702FA4" w:rsidRDefault="0060267F" w:rsidP="0060267F">
      <w:pPr>
        <w:spacing w:after="120"/>
        <w:jc w:val="right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60BE1D2D" wp14:editId="5158531A">
            <wp:extent cx="3000375" cy="23622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1834" w:rsidRPr="00702FA4" w:rsidRDefault="0051756B">
      <w:pPr>
        <w:spacing w:after="0"/>
        <w:rPr>
          <w:lang w:val="ru-RU"/>
        </w:rPr>
      </w:pPr>
      <w:r w:rsidRPr="00702FA4">
        <w:rPr>
          <w:b/>
          <w:lang w:val="ru-RU"/>
        </w:rPr>
        <w:t>План проверок членов саморегулируемой организации</w:t>
      </w:r>
    </w:p>
    <w:p w:rsidR="00B41834" w:rsidRDefault="0051756B">
      <w:pPr>
        <w:spacing w:after="0"/>
        <w:rPr>
          <w:b/>
          <w:lang w:val="ru-RU"/>
        </w:rPr>
      </w:pPr>
      <w:r w:rsidRPr="00702FA4">
        <w:rPr>
          <w:b/>
          <w:lang w:val="ru-RU"/>
        </w:rPr>
        <w:t>Ассоциация организаций профессионального проектирования на сентябрь 2026 года.</w:t>
      </w:r>
    </w:p>
    <w:p w:rsidR="00702FA4" w:rsidRPr="00702FA4" w:rsidRDefault="00702FA4">
      <w:pPr>
        <w:spacing w:after="0"/>
        <w:rPr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B4183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B41834" w:rsidRDefault="0051756B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СИСТЕМА ПРОСТРАНСТВА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1685020920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420044, Республика Татарстан, г.Казань, ул.Волгоградская, дом 43, пом.1, офис 11</w:t>
            </w:r>
          </w:p>
        </w:tc>
      </w:tr>
      <w:tr w:rsidR="00B4183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МЕД ИНСАЙТ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9109033177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 w:rsidRPr="00702FA4">
              <w:rPr>
                <w:lang w:val="ru-RU"/>
              </w:rPr>
              <w:t xml:space="preserve">297570, Республика Крым, м.р-н Симферопольский, с.п. Чистенькое, с. Фонтаны, ул. </w:t>
            </w:r>
            <w:r>
              <w:t>Чкалова, д. 65, помещение 3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СК АРХАНТ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9201532516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272311, Запорожская обл., г.Мелитополь, ш.Каховское, дом 31, пом.9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ТЕХНОПРОЕКТ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2015006418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364059, Чеченская Республика, Висаитовский р-н, г.Грозный, ул.Алтайская, дом 15, кв.143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ИП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Бондаренко О.Л.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860408079007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628309, Ханты-Мансийский автономный округ - Югра, г. Нефтеюганск, мкр. 13-й, д. 56а, кв. 40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Инженер и дом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7707787106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125371, г.Москва, Волоколамское шоссе, дом 116, стр.1, комн.439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КрилакСпецстрой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5008053412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141707, Московская обл., г.Долгопрудный, ул.Летная, дом 9</w:t>
            </w:r>
          </w:p>
        </w:tc>
      </w:tr>
      <w:tr w:rsidR="00B4183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АПТ-ТЕХНО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7703754389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 w:rsidRPr="00702FA4">
              <w:rPr>
                <w:lang w:val="ru-RU"/>
              </w:rPr>
              <w:t xml:space="preserve">119180, г.Москва, вн.тер.г. муниципальный округ Якиманка, ул.Большая Полянка, дом 51А/9, этаж/помещ. </w:t>
            </w:r>
            <w:r>
              <w:t>8/I, ком./офис 1/В3Л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СТеК Сервис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7709731490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111673, г.Москва, ул.Новокосинская, дом 12, к.3, кв.640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ЛУИС+ОФИС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7714333985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125124, г.Москва, 1-я ул. Ямского Поля, дом 28</w:t>
            </w:r>
          </w:p>
        </w:tc>
      </w:tr>
      <w:tr w:rsidR="00B4183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ГЛАВНЫЙ КОНСТРУКТОР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7721367287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 w:rsidRPr="00702FA4">
              <w:rPr>
                <w:lang w:val="ru-RU"/>
              </w:rPr>
              <w:t xml:space="preserve">109428, г. Москва, проспект Рязанский, д.24, кор. 2, этаж 10, пом. </w:t>
            </w:r>
            <w:r>
              <w:t>XV, ком. 30-39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Р-Технолоджис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9704261781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121099, г.Москва, вн.тер.г. муниципальный округ Арбат, пер. 1-й Смолненский, дом 13, пом.1Ц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ВИЗ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9705223073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115054, г. Москва, вн.тер.г. муниципальный округ Замоскворечье, пер. 3-й Монетчиковский, д.4, стр.1</w:t>
            </w:r>
          </w:p>
        </w:tc>
      </w:tr>
      <w:tr w:rsidR="00B41834" w:rsidRPr="00540C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B41834" w:rsidP="00DE718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ДОМО СПР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Default="0051756B">
            <w:pPr>
              <w:spacing w:after="0" w:line="240" w:lineRule="auto"/>
            </w:pPr>
            <w:r>
              <w:t>7708451204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834" w:rsidRPr="00702FA4" w:rsidRDefault="0051756B">
            <w:pPr>
              <w:spacing w:after="0" w:line="240" w:lineRule="auto"/>
              <w:rPr>
                <w:lang w:val="ru-RU"/>
              </w:rPr>
            </w:pPr>
            <w:r w:rsidRPr="00702FA4">
              <w:rPr>
                <w:lang w:val="ru-RU"/>
              </w:rPr>
              <w:t>107140, г.Москва, вн.тер.г. муниципальный округ Красносельский, пер.1-й Красносельский, дом 3, пом.17П</w:t>
            </w:r>
          </w:p>
        </w:tc>
      </w:tr>
    </w:tbl>
    <w:p w:rsidR="0051756B" w:rsidRPr="00702FA4" w:rsidRDefault="0051756B">
      <w:pPr>
        <w:rPr>
          <w:lang w:val="ru-RU"/>
        </w:rPr>
      </w:pPr>
    </w:p>
    <w:sectPr w:rsidR="0051756B" w:rsidRPr="00702FA4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083E0C"/>
    <w:multiLevelType w:val="hybridMultilevel"/>
    <w:tmpl w:val="2640E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756B"/>
    <w:rsid w:val="00540CEE"/>
    <w:rsid w:val="0060267F"/>
    <w:rsid w:val="00702FA4"/>
    <w:rsid w:val="00A52EE8"/>
    <w:rsid w:val="00AA1D8D"/>
    <w:rsid w:val="00B41834"/>
    <w:rsid w:val="00B47730"/>
    <w:rsid w:val="00CB0664"/>
    <w:rsid w:val="00CE4134"/>
    <w:rsid w:val="00DE71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02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0267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02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026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47A6DE-D6BB-4905-A613-CCC7145B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7</cp:revision>
  <dcterms:created xsi:type="dcterms:W3CDTF">2013-12-23T23:15:00Z</dcterms:created>
  <dcterms:modified xsi:type="dcterms:W3CDTF">2026-07-28T08:56:00Z</dcterms:modified>
  <cp:category/>
</cp:coreProperties>
</file>