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D5" w:rsidRPr="00C77F5E" w:rsidRDefault="00B011B6" w:rsidP="00B011B6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11FCBD28" wp14:editId="72AD1CD8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B51D5" w:rsidRPr="00C77F5E" w:rsidRDefault="00123E3A">
      <w:pPr>
        <w:spacing w:after="0"/>
        <w:rPr>
          <w:lang w:val="ru-RU"/>
        </w:rPr>
      </w:pPr>
      <w:r w:rsidRPr="00C77F5E">
        <w:rPr>
          <w:b/>
          <w:lang w:val="ru-RU"/>
        </w:rPr>
        <w:t>План проверок членов саморегулируемой организации</w:t>
      </w:r>
    </w:p>
    <w:p w:rsidR="003B51D5" w:rsidRDefault="00123E3A">
      <w:pPr>
        <w:spacing w:after="0"/>
        <w:rPr>
          <w:b/>
          <w:lang w:val="ru-RU"/>
        </w:rPr>
      </w:pPr>
      <w:r w:rsidRPr="00C77F5E">
        <w:rPr>
          <w:b/>
          <w:lang w:val="ru-RU"/>
        </w:rPr>
        <w:t>Ассоциация организаций профессионального проектирования на ноябрь 2026 года.</w:t>
      </w:r>
    </w:p>
    <w:p w:rsidR="00C64AE5" w:rsidRPr="00C77F5E" w:rsidRDefault="00C64AE5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3B51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3B51D5" w:rsidRDefault="00123E3A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СтройТренд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9723000344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117342, г.Москва, ул.Бутлерова, дом 17, этаж 5, комн.87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ПГС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9204574730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299011, г.Севастополь, ул.Одесская дом 27Б, помещ.4, офис 1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ЧМНГ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9704210635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344022, Ростовская обл., г.Ростов-на-Дону, пр-кт Кировский, зд.40а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АЛНЕТ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6950110524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170024, Тверская обл., г.Тверь, пр-кт Николая Корыткова, дом 3Б, офис 610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НЛП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1661067768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420021, Республика Татарстан, г.Казань, ул.Зайни Султана, д.13/18, помещ.1 (69)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КСП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1675000330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422120, Республика Татарстан, м.р-н Кукморский, с.п. Большекукморское, с.Большой Кукмор, ул.Комсомольская, зд.1</w:t>
            </w:r>
          </w:p>
        </w:tc>
      </w:tr>
      <w:tr w:rsidR="003B51D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СК СТРОЙЛИДЕР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1686041137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 w:rsidRPr="00C77F5E">
              <w:rPr>
                <w:lang w:val="ru-RU"/>
              </w:rPr>
              <w:t xml:space="preserve">420140, Республика Татарстан, г. Казань, ул. </w:t>
            </w:r>
            <w:r>
              <w:t>Родины, зд. 43, помещ. 4, офис 404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ВОЛГАСПЕЦСТРОЙ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7703233442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422060, Республика Татарстан, м.р-н Сабинский, г.п. посёлок городского типа Богатые Сабы, пгт Богатые Сабы, ул.Заводская, д.19, офис 34, помещ.1000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РОСТ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7722647640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142100, Московская обл., г.Подольск, ул.Комсомольская, дом 59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КСБ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7707400729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125371, г.Москва, Волоколамское шоссе, дом 116, стр.1, пом.335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Парацельс 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7723835445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109548, г. Москва, ул.Гурьянова, д.9, этаж 1, комната 2</w:t>
            </w:r>
          </w:p>
        </w:tc>
      </w:tr>
      <w:tr w:rsidR="003B51D5" w:rsidRPr="00C64AE5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3B51D5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Долмен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Default="00123E3A">
            <w:pPr>
              <w:spacing w:after="0" w:line="240" w:lineRule="auto"/>
            </w:pPr>
            <w:r>
              <w:t>7736266972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1D5" w:rsidRPr="00C77F5E" w:rsidRDefault="00123E3A">
            <w:pPr>
              <w:spacing w:after="0" w:line="240" w:lineRule="auto"/>
              <w:rPr>
                <w:lang w:val="ru-RU"/>
              </w:rPr>
            </w:pPr>
            <w:r w:rsidRPr="00C77F5E">
              <w:rPr>
                <w:lang w:val="ru-RU"/>
              </w:rPr>
              <w:t>117312, г.Москва, ул.Вавилова, дом 9А, стр.6, офис 310</w:t>
            </w:r>
          </w:p>
        </w:tc>
      </w:tr>
    </w:tbl>
    <w:p w:rsidR="00123E3A" w:rsidRPr="00C77F5E" w:rsidRDefault="00123E3A">
      <w:pPr>
        <w:rPr>
          <w:lang w:val="ru-RU"/>
        </w:rPr>
      </w:pPr>
    </w:p>
    <w:sectPr w:rsidR="00123E3A" w:rsidRPr="00C77F5E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D20354E"/>
    <w:multiLevelType w:val="multilevel"/>
    <w:tmpl w:val="7CB0F2A0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3E3A"/>
    <w:rsid w:val="0015074B"/>
    <w:rsid w:val="0029639D"/>
    <w:rsid w:val="00326F90"/>
    <w:rsid w:val="003B51D5"/>
    <w:rsid w:val="00AA1D8D"/>
    <w:rsid w:val="00B011B6"/>
    <w:rsid w:val="00B47730"/>
    <w:rsid w:val="00C64AE5"/>
    <w:rsid w:val="00C77F5E"/>
    <w:rsid w:val="00CB0664"/>
    <w:rsid w:val="00D007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B0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B011B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B0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B011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86B35F-ED55-4FD5-9139-60A1D66E2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5</cp:revision>
  <dcterms:created xsi:type="dcterms:W3CDTF">2013-12-23T23:15:00Z</dcterms:created>
  <dcterms:modified xsi:type="dcterms:W3CDTF">2026-09-28T09:24:00Z</dcterms:modified>
  <cp:category/>
</cp:coreProperties>
</file>